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4 - Tables</w:t>
      </w:r>
    </w:p>
    <w:p>
      <w:r>
        <w:t>YOUR TASKS (tick them off as you go):</w:t>
      </w:r>
    </w:p>
    <w:p>
      <w:r>
        <w:t>☐ Convert the tab-separated lines below into a table (Insert &gt; Table &gt; Convert Text to Table).</w:t>
      </w:r>
    </w:p>
    <w:p>
      <w:r>
        <w:t>☐ Apply a table style, turn on Header Row, repeat the header row on each page.</w:t>
      </w:r>
    </w:p>
    <w:p>
      <w:r>
        <w:t>☐ Right-align the amount column and add a Total row with =SUM(ABOVE) (Layout &gt; Formula).</w:t>
      </w:r>
    </w:p>
    <w:p>
      <w:r>
        <w:t>☐ Sort the table by Sales, largest first.</w:t>
      </w:r>
    </w:p>
    <w:p>
      <w:r>
        <w:t>——————————————————————————————</w:t>
      </w:r>
    </w:p>
    <w:p>
      <w:r>
        <w:t>Region</w:t>
        <w:tab/>
        <w:t>Sales (Rs)</w:t>
        <w:tab/>
        <w:t>Target (Rs)</w:t>
      </w:r>
    </w:p>
    <w:p>
      <w:r>
        <w:t>North</w:t>
        <w:tab/>
        <w:t>1586900</w:t>
        <w:tab/>
        <w:t>1500000</w:t>
      </w:r>
    </w:p>
    <w:p>
      <w:r>
        <w:t>South</w:t>
        <w:tab/>
        <w:t>926500</w:t>
        <w:tab/>
        <w:t>1400000</w:t>
      </w:r>
    </w:p>
    <w:p>
      <w:r>
        <w:t>East</w:t>
        <w:tab/>
        <w:t>1438900</w:t>
        <w:tab/>
        <w:t>1300000</w:t>
      </w:r>
    </w:p>
    <w:p>
      <w:r>
        <w:t>West</w:t>
        <w:tab/>
        <w:t>1733800</w:t>
        <w:tab/>
        <w:t>1600000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