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atulvij.com - Word Beginner Course: Lesson 6 - Mail merge</w:t>
      </w:r>
    </w:p>
    <w:p>
      <w:r>
        <w:t>YOUR TASKS (tick them off as you go):</w:t>
      </w:r>
    </w:p>
    <w:p>
      <w:r>
        <w:t>☐ Mailings &gt; Start Mail Merge &gt; Letters. Select Recipients &gt; Use an Existing List &gt; choose mail-merge-dealers.xlsx.</w:t>
      </w:r>
    </w:p>
    <w:p>
      <w:r>
        <w:t>☐ Replace [Name], [Firm], [City] and [Outstanding] below with Insert Merge Field.</w:t>
      </w:r>
    </w:p>
    <w:p>
      <w:r>
        <w:t>☐ Format the amount: right-click the field &gt; Toggle Field Codes, add \# "#,##0".</w:t>
      </w:r>
    </w:p>
    <w:p>
      <w:r>
        <w:t>☐ Preview Results, then Finish &amp; Merge &gt; Edit Individual Documents.</w:t>
      </w:r>
    </w:p>
    <w:p>
      <w:r>
        <w:t>——————————————————————————————</w:t>
      </w:r>
    </w:p>
    <w:p>
      <w:r>
        <w:t>Dear [Name],</w:t>
      </w:r>
    </w:p>
    <w:p>
      <w:r>
        <w:t>Thank you for your business with us this quarter. Our records show an outstanding balance of Rs [Outstanding] for [Firm], [City].</w:t>
      </w:r>
    </w:p>
    <w:p>
      <w:r>
        <w:t>Kindly arrange payment by 31 October 2026. Please ignore this letter if already paid.</w:t>
      </w:r>
    </w:p>
    <w:p>
      <w:r>
        <w:t>Regards,</w:t>
      </w:r>
    </w:p>
    <w:p>
      <w:r>
        <w:t>Accounts Team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