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atulvij.com - Word Beginner Course: Lesson 8 - Templates and Quick Parts</w:t>
      </w:r>
    </w:p>
    <w:p>
      <w:r>
        <w:t>YOUR TASKS (tick them off as you go):</w:t>
      </w:r>
    </w:p>
    <w:p>
      <w:r>
        <w:t>☐ Set up this letterhead: company name in the header, address in the footer.</w:t>
      </w:r>
    </w:p>
    <w:p>
      <w:r>
        <w:t>☐ Select the signature block and save it as a Quick Part (Insert &gt; Quick Parts &gt; Save Selection).</w:t>
      </w:r>
    </w:p>
    <w:p>
      <w:r>
        <w:t>☐ Save the file as a Word Template (.dotx) in your Custom Office Templates folder.</w:t>
      </w:r>
    </w:p>
    <w:p>
      <w:r>
        <w:t>☐ Create a new document from the template (File &gt; New &gt; Personal).</w:t>
      </w:r>
    </w:p>
    <w:p>
      <w:r>
        <w:t>——————————————————————————————</w:t>
      </w:r>
    </w:p>
    <w:p>
      <w:r>
        <w:rPr>
          <w:b/>
          <w:sz w:val="28"/>
        </w:rPr>
        <w:t>Sharma Office Supplies Pvt Ltd</w:t>
      </w:r>
    </w:p>
    <w:p>
      <w:r>
        <w:t>12, MG Road, Pune 411001  |  GSTIN 27ABCDE1234F1Z5 (example)</w:t>
      </w:r>
    </w:p>
    <w:p>
      <w:r>
        <w:t>Date:</w:t>
      </w:r>
    </w:p>
    <w:p>
      <w:r>
        <w:t>To,</w:t>
      </w:r>
    </w:p>
    <w:p>
      <w:r>
        <w:t>Subject:</w:t>
      </w:r>
    </w:p>
    <w:p>
      <w:r>
        <w:t>Dear Sir/Madam,</w:t>
      </w:r>
    </w:p>
    <w:p/>
    <w:p>
      <w:r>
        <w:t>Warm regards,</w:t>
      </w:r>
    </w:p>
    <w:p>
      <w:r>
        <w:t>Ravi Kumar</w:t>
      </w:r>
    </w:p>
    <w:p>
      <w:r>
        <w:t>Manager - Accounts</w:t>
      </w:r>
    </w:p>
    <w:p>
      <w:r>
        <w:t>+91 98765 43210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