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20FB4" w14:textId="77777777" w:rsidR="000E591E" w:rsidRDefault="0012663E">
      <w:r>
        <w:rPr>
          <w:b/>
        </w:rPr>
        <w:t>atulvij.com - Word Intermediate Course, Lesson 2: Section breaks, headers and page numbers</w:t>
      </w:r>
    </w:p>
    <w:p w14:paraId="28B13B38" w14:textId="77777777" w:rsidR="000E591E" w:rsidRDefault="0012663E">
      <w:r>
        <w:t>YOUR TASKS:</w:t>
      </w:r>
    </w:p>
    <w:p w14:paraId="32398A1E" w14:textId="77777777" w:rsidR="000E591E" w:rsidRDefault="0012663E">
      <w:r>
        <w:t>☐</w:t>
      </w:r>
      <w:r>
        <w:t xml:space="preserve"> Replace the page breaks with Section Break (Next Page)</w:t>
      </w:r>
    </w:p>
    <w:p w14:paraId="64747245" w14:textId="77777777" w:rsidR="000E591E" w:rsidRDefault="0012663E">
      <w:r>
        <w:t>☐</w:t>
      </w:r>
      <w:r>
        <w:t xml:space="preserve"> Number section 1 as i, ii and restart section 2 at 1</w:t>
      </w:r>
    </w:p>
    <w:p w14:paraId="6250A4F2" w14:textId="77777777" w:rsidR="000E591E" w:rsidRDefault="0012663E">
      <w:r>
        <w:t>☐</w:t>
      </w:r>
      <w:r>
        <w:t xml:space="preserve"> Unlink the section 3 header from </w:t>
      </w:r>
      <w:r>
        <w:t>the previous one and type 'Appendix'</w:t>
      </w:r>
    </w:p>
    <w:p w14:paraId="4AD4B6A0" w14:textId="77777777" w:rsidR="000E591E" w:rsidRDefault="0012663E">
      <w:r>
        <w:t>☐</w:t>
      </w:r>
      <w:r>
        <w:t xml:space="preserve"> Make only section 3 landscape</w:t>
      </w:r>
    </w:p>
    <w:p w14:paraId="5D6EE261" w14:textId="77777777" w:rsidR="000E591E" w:rsidRDefault="0012663E">
      <w:r>
        <w:t>——————————————————————————————</w:t>
      </w:r>
    </w:p>
    <w:p w14:paraId="01EF7D4E" w14:textId="77777777" w:rsidR="000E591E" w:rsidRDefault="0012663E">
      <w:r>
        <w:rPr>
          <w:b/>
          <w:sz w:val="26"/>
        </w:rPr>
        <w:t>Annual Report FY 2025-26</w:t>
      </w:r>
    </w:p>
    <w:p w14:paraId="5BA6D98C" w14:textId="77777777" w:rsidR="000E591E" w:rsidRDefault="0012663E">
      <w:r>
        <w:t>Front matter: this page and the contents should be numbered i, ii.</w:t>
      </w:r>
    </w:p>
    <w:p w14:paraId="7EDCAAB5" w14:textId="77777777" w:rsidR="0012663E" w:rsidRDefault="0012663E">
      <w:pPr>
        <w:sectPr w:rsidR="0012663E" w:rsidSect="001266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800" w:bottom="1440" w:left="1800" w:header="720" w:footer="720" w:gutter="0"/>
          <w:pgNumType w:fmt="lowerRoman"/>
          <w:cols w:space="720"/>
          <w:docGrid w:linePitch="360"/>
        </w:sectPr>
      </w:pPr>
    </w:p>
    <w:p w14:paraId="2AF4C341" w14:textId="0D793B17" w:rsidR="000E591E" w:rsidRDefault="000E591E"/>
    <w:p w14:paraId="0AF3549B" w14:textId="77777777" w:rsidR="000E591E" w:rsidRDefault="0012663E">
      <w:r>
        <w:rPr>
          <w:b/>
          <w:sz w:val="26"/>
        </w:rPr>
        <w:t>Sales</w:t>
      </w:r>
    </w:p>
    <w:p w14:paraId="3401766E" w14:textId="77777777" w:rsidR="000E591E" w:rsidRDefault="0012663E">
      <w:r>
        <w:t>Sales grew 21% to Rs 15.4 crore.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E591E" w14:paraId="7C3FE918" w14:textId="77777777">
        <w:tc>
          <w:tcPr>
            <w:tcW w:w="4320" w:type="dxa"/>
          </w:tcPr>
          <w:p w14:paraId="372935AD" w14:textId="77777777" w:rsidR="000E591E" w:rsidRDefault="0012663E">
            <w:r>
              <w:t>Region</w:t>
            </w:r>
          </w:p>
        </w:tc>
        <w:tc>
          <w:tcPr>
            <w:tcW w:w="4320" w:type="dxa"/>
          </w:tcPr>
          <w:p w14:paraId="42FCEDE9" w14:textId="77777777" w:rsidR="000E591E" w:rsidRDefault="0012663E">
            <w:r>
              <w:t>Sales (Rs lakh)</w:t>
            </w:r>
          </w:p>
        </w:tc>
      </w:tr>
      <w:tr w:rsidR="000E591E" w14:paraId="04E0DE53" w14:textId="77777777">
        <w:tc>
          <w:tcPr>
            <w:tcW w:w="4320" w:type="dxa"/>
          </w:tcPr>
          <w:p w14:paraId="3ADE3BAD" w14:textId="77777777" w:rsidR="000E591E" w:rsidRDefault="0012663E">
            <w:r>
              <w:t>North</w:t>
            </w:r>
          </w:p>
        </w:tc>
        <w:tc>
          <w:tcPr>
            <w:tcW w:w="4320" w:type="dxa"/>
          </w:tcPr>
          <w:p w14:paraId="7AA41C5C" w14:textId="77777777" w:rsidR="000E591E" w:rsidRDefault="0012663E">
            <w:r>
              <w:t>581</w:t>
            </w:r>
          </w:p>
        </w:tc>
      </w:tr>
      <w:tr w:rsidR="000E591E" w14:paraId="1FA198AB" w14:textId="77777777">
        <w:tc>
          <w:tcPr>
            <w:tcW w:w="4320" w:type="dxa"/>
          </w:tcPr>
          <w:p w14:paraId="41BDD504" w14:textId="77777777" w:rsidR="000E591E" w:rsidRDefault="0012663E">
            <w:r>
              <w:t>South</w:t>
            </w:r>
          </w:p>
        </w:tc>
        <w:tc>
          <w:tcPr>
            <w:tcW w:w="4320" w:type="dxa"/>
          </w:tcPr>
          <w:p w14:paraId="2AA1E381" w14:textId="77777777" w:rsidR="000E591E" w:rsidRDefault="0012663E">
            <w:r>
              <w:t>458</w:t>
            </w:r>
          </w:p>
        </w:tc>
      </w:tr>
      <w:tr w:rsidR="000E591E" w14:paraId="034794D7" w14:textId="77777777">
        <w:tc>
          <w:tcPr>
            <w:tcW w:w="4320" w:type="dxa"/>
          </w:tcPr>
          <w:p w14:paraId="156A9291" w14:textId="77777777" w:rsidR="000E591E" w:rsidRDefault="0012663E">
            <w:r>
              <w:t>West</w:t>
            </w:r>
          </w:p>
        </w:tc>
        <w:tc>
          <w:tcPr>
            <w:tcW w:w="4320" w:type="dxa"/>
          </w:tcPr>
          <w:p w14:paraId="3485923A" w14:textId="77777777" w:rsidR="000E591E" w:rsidRDefault="0012663E">
            <w:r>
              <w:t>376</w:t>
            </w:r>
          </w:p>
        </w:tc>
      </w:tr>
      <w:tr w:rsidR="000E591E" w14:paraId="77A7F306" w14:textId="77777777">
        <w:tc>
          <w:tcPr>
            <w:tcW w:w="4320" w:type="dxa"/>
          </w:tcPr>
          <w:p w14:paraId="6C25A071" w14:textId="77777777" w:rsidR="000E591E" w:rsidRDefault="0012663E">
            <w:r>
              <w:t>East</w:t>
            </w:r>
          </w:p>
        </w:tc>
        <w:tc>
          <w:tcPr>
            <w:tcW w:w="4320" w:type="dxa"/>
          </w:tcPr>
          <w:p w14:paraId="7A8912EC" w14:textId="77777777" w:rsidR="000E591E" w:rsidRDefault="0012663E">
            <w:r>
              <w:t>123</w:t>
            </w:r>
          </w:p>
        </w:tc>
      </w:tr>
    </w:tbl>
    <w:p w14:paraId="47227156" w14:textId="77777777" w:rsidR="0012663E" w:rsidRDefault="0012663E">
      <w:pPr>
        <w:sectPr w:rsidR="0012663E" w:rsidSect="0012663E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012320CC" w14:textId="728DDB49" w:rsidR="000E591E" w:rsidRDefault="000E591E"/>
    <w:p w14:paraId="3BADF013" w14:textId="77777777" w:rsidR="000E591E" w:rsidRDefault="0012663E">
      <w:r>
        <w:rPr>
          <w:b/>
          <w:sz w:val="26"/>
        </w:rPr>
        <w:t>Appendix: Regional detail</w:t>
      </w:r>
    </w:p>
    <w:p w14:paraId="1ADFEB10" w14:textId="77777777" w:rsidR="000E591E" w:rsidRDefault="0012663E">
      <w:r>
        <w:t>This page should be landscape with its own header 'Appendix'.</w:t>
      </w:r>
    </w:p>
    <w:sectPr w:rsidR="000E591E" w:rsidSect="0012663E">
      <w:headerReference w:type="default" r:id="rId14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C5916" w14:textId="77777777" w:rsidR="0012663E" w:rsidRDefault="0012663E" w:rsidP="0012663E">
      <w:pPr>
        <w:spacing w:after="0" w:line="240" w:lineRule="auto"/>
      </w:pPr>
      <w:r>
        <w:separator/>
      </w:r>
    </w:p>
  </w:endnote>
  <w:endnote w:type="continuationSeparator" w:id="0">
    <w:p w14:paraId="41B9AD69" w14:textId="77777777" w:rsidR="0012663E" w:rsidRDefault="0012663E" w:rsidP="0012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3EFB" w14:textId="77777777" w:rsidR="0012663E" w:rsidRDefault="0012663E" w:rsidP="00A562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C5F2DF5" w14:textId="77777777" w:rsidR="0012663E" w:rsidRDefault="00126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1F1E" w14:textId="27AB9894" w:rsidR="0012663E" w:rsidRDefault="0012663E" w:rsidP="00A562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i</w:t>
    </w:r>
    <w:r>
      <w:rPr>
        <w:rStyle w:val="PageNumber"/>
      </w:rPr>
      <w:fldChar w:fldCharType="end"/>
    </w:r>
  </w:p>
  <w:p w14:paraId="385354AE" w14:textId="77777777" w:rsidR="0012663E" w:rsidRDefault="001266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8B5C" w14:textId="77777777" w:rsidR="0012663E" w:rsidRDefault="00126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4B89C" w14:textId="77777777" w:rsidR="0012663E" w:rsidRDefault="0012663E" w:rsidP="0012663E">
      <w:pPr>
        <w:spacing w:after="0" w:line="240" w:lineRule="auto"/>
      </w:pPr>
      <w:r>
        <w:separator/>
      </w:r>
    </w:p>
  </w:footnote>
  <w:footnote w:type="continuationSeparator" w:id="0">
    <w:p w14:paraId="12031488" w14:textId="77777777" w:rsidR="0012663E" w:rsidRDefault="0012663E" w:rsidP="00126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7FD6" w14:textId="77777777" w:rsidR="0012663E" w:rsidRDefault="001266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9D871" w14:textId="77777777" w:rsidR="0012663E" w:rsidRDefault="001266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2FB7" w14:textId="77777777" w:rsidR="0012663E" w:rsidRDefault="0012663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34BA" w14:textId="3479A9EC" w:rsidR="0012663E" w:rsidRDefault="0012663E">
    <w:pPr>
      <w:pStyle w:val="Header"/>
    </w:pPr>
    <w:r>
      <w:t>Appendix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2994453">
    <w:abstractNumId w:val="8"/>
  </w:num>
  <w:num w:numId="2" w16cid:durableId="1609577880">
    <w:abstractNumId w:val="6"/>
  </w:num>
  <w:num w:numId="3" w16cid:durableId="1713117219">
    <w:abstractNumId w:val="5"/>
  </w:num>
  <w:num w:numId="4" w16cid:durableId="1750426475">
    <w:abstractNumId w:val="4"/>
  </w:num>
  <w:num w:numId="5" w16cid:durableId="1825733579">
    <w:abstractNumId w:val="7"/>
  </w:num>
  <w:num w:numId="6" w16cid:durableId="1535771014">
    <w:abstractNumId w:val="3"/>
  </w:num>
  <w:num w:numId="7" w16cid:durableId="943805804">
    <w:abstractNumId w:val="2"/>
  </w:num>
  <w:num w:numId="8" w16cid:durableId="1020006552">
    <w:abstractNumId w:val="1"/>
  </w:num>
  <w:num w:numId="9" w16cid:durableId="186837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91E"/>
    <w:rsid w:val="0012663E"/>
    <w:rsid w:val="0015074B"/>
    <w:rsid w:val="0029639D"/>
    <w:rsid w:val="00326F90"/>
    <w:rsid w:val="00AA1D8D"/>
    <w:rsid w:val="00B47730"/>
    <w:rsid w:val="00CB0664"/>
    <w:rsid w:val="00EA7D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72916"/>
  <w14:defaultImageDpi w14:val="300"/>
  <w15:docId w15:val="{23EDD4D0-2694-47A7-B93A-6B9DA98F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126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Sublime W</cp:lastModifiedBy>
  <cp:revision>2</cp:revision>
  <dcterms:created xsi:type="dcterms:W3CDTF">2026-10-05T02:51:00Z</dcterms:created>
  <dcterms:modified xsi:type="dcterms:W3CDTF">2026-10-05T02:51:00Z</dcterms:modified>
  <cp:category/>
</cp:coreProperties>
</file>