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C8FD55" w14:textId="77777777" w:rsidR="00571A7C" w:rsidRDefault="00162EF3">
      <w:r>
        <w:rPr>
          <w:b/>
        </w:rPr>
        <w:t>atulvij.com - Word Intermediate Course, Lesson 3: Captions, cross-references and a table of figures</w:t>
      </w:r>
    </w:p>
    <w:p w14:paraId="0FAB72C2" w14:textId="77777777" w:rsidR="00571A7C" w:rsidRDefault="00162EF3">
      <w:r>
        <w:t>YOUR TASKS:</w:t>
      </w:r>
    </w:p>
    <w:p w14:paraId="3F5E3DE4" w14:textId="77777777" w:rsidR="00571A7C" w:rsidRDefault="00162EF3">
      <w:r>
        <w:t>☐</w:t>
      </w:r>
      <w:r>
        <w:t xml:space="preserve"> Add captions 'Figure 1', 'Figure 2' under the placeholders and 'Table 1' above the table (References &gt; Insert Caption)</w:t>
      </w:r>
    </w:p>
    <w:p w14:paraId="1D791D43" w14:textId="77777777" w:rsidR="00571A7C" w:rsidRDefault="00162EF3">
      <w:r>
        <w:t>☐</w:t>
      </w:r>
      <w:r>
        <w:t xml:space="preserve"> Replace 'As </w:t>
      </w:r>
      <w:r>
        <w:t>shown above' with a cross-reference to Table 1 (References &gt; Cross-reference)</w:t>
      </w:r>
    </w:p>
    <w:p w14:paraId="4A64471D" w14:textId="77777777" w:rsidR="00571A7C" w:rsidRDefault="00162EF3">
      <w:r>
        <w:t>☐</w:t>
      </w:r>
      <w:r>
        <w:t xml:space="preserve"> Insert a Table of Figures at the end</w:t>
      </w:r>
    </w:p>
    <w:p w14:paraId="04091116" w14:textId="77777777" w:rsidR="00571A7C" w:rsidRDefault="00162EF3">
      <w:r>
        <w:t>☐</w:t>
      </w:r>
      <w:r>
        <w:t xml:space="preserve"> Move Figure 2 above Figure 1 and press F9: numbers update</w:t>
      </w:r>
    </w:p>
    <w:p w14:paraId="6AE11B88" w14:textId="77777777" w:rsidR="00571A7C" w:rsidRDefault="00162EF3">
      <w:r>
        <w:t>——————————————————————————————</w:t>
      </w:r>
    </w:p>
    <w:p w14:paraId="58EA267E" w14:textId="77777777" w:rsidR="00571A7C" w:rsidRDefault="00162EF3">
      <w:r>
        <w:rPr>
          <w:b/>
          <w:sz w:val="26"/>
        </w:rPr>
        <w:t>Market review</w:t>
      </w:r>
    </w:p>
    <w:p w14:paraId="29D393CE" w14:textId="77777777" w:rsidR="00571A7C" w:rsidRDefault="00162EF3" w:rsidP="00162EF3">
      <w:pPr>
        <w:keepNext/>
      </w:pPr>
      <w:r>
        <w:t>Figure placeholder: monthly sales chart.</w:t>
      </w:r>
    </w:p>
    <w:p w14:paraId="78866C66" w14:textId="04EE5324" w:rsidR="00162EF3" w:rsidRDefault="00162EF3" w:rsidP="00162EF3">
      <w:pPr>
        <w:pStyle w:val="Caption"/>
      </w:pPr>
      <w:bookmarkStart w:id="0" w:name="_Toc242080815"/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>
        <w:rPr>
          <w:noProof/>
        </w:rPr>
        <w:t>1</w:t>
      </w:r>
      <w:r>
        <w:fldChar w:fldCharType="end"/>
      </w:r>
      <w:r>
        <w:t>: Monthly sales</w:t>
      </w:r>
      <w:bookmarkEnd w:id="0"/>
    </w:p>
    <w:p w14:paraId="34DA0C1F" w14:textId="77777777" w:rsidR="00571A7C" w:rsidRDefault="00162EF3" w:rsidP="00162EF3">
      <w:pPr>
        <w:keepNext/>
      </w:pPr>
      <w:r>
        <w:t>Figure placeholder: region map.</w:t>
      </w:r>
    </w:p>
    <w:p w14:paraId="751F1E1A" w14:textId="6256BD3D" w:rsidR="00162EF3" w:rsidRDefault="00162EF3" w:rsidP="00162EF3">
      <w:pPr>
        <w:pStyle w:val="Caption"/>
      </w:pPr>
      <w:bookmarkStart w:id="1" w:name="_Toc242080816"/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>
        <w:rPr>
          <w:noProof/>
        </w:rPr>
        <w:t>2</w:t>
      </w:r>
      <w:r>
        <w:fldChar w:fldCharType="end"/>
      </w:r>
      <w:r>
        <w:t>: Region map</w:t>
      </w:r>
      <w:bookmarkEnd w:id="1"/>
    </w:p>
    <w:p w14:paraId="4FB01D87" w14:textId="24ACD6B3" w:rsidR="00162EF3" w:rsidRDefault="00162EF3" w:rsidP="00162EF3">
      <w:pPr>
        <w:pStyle w:val="Caption"/>
        <w:keepNext/>
      </w:pPr>
      <w:bookmarkStart w:id="2" w:name="_Ref242080814"/>
      <w:r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>
        <w:rPr>
          <w:noProof/>
        </w:rPr>
        <w:t>1</w:t>
      </w:r>
      <w:r>
        <w:fldChar w:fldCharType="end"/>
      </w:r>
      <w:bookmarkEnd w:id="2"/>
      <w:r>
        <w:t>: Units by product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571A7C" w14:paraId="21F83D0F" w14:textId="77777777">
        <w:tc>
          <w:tcPr>
            <w:tcW w:w="4320" w:type="dxa"/>
          </w:tcPr>
          <w:p w14:paraId="2C0FC346" w14:textId="77777777" w:rsidR="00571A7C" w:rsidRDefault="00162EF3">
            <w:r>
              <w:t>Product</w:t>
            </w:r>
          </w:p>
        </w:tc>
        <w:tc>
          <w:tcPr>
            <w:tcW w:w="4320" w:type="dxa"/>
          </w:tcPr>
          <w:p w14:paraId="73C32F3D" w14:textId="77777777" w:rsidR="00571A7C" w:rsidRDefault="00162EF3">
            <w:r>
              <w:t>Units</w:t>
            </w:r>
          </w:p>
        </w:tc>
      </w:tr>
      <w:tr w:rsidR="00571A7C" w14:paraId="51DC31B7" w14:textId="77777777">
        <w:tc>
          <w:tcPr>
            <w:tcW w:w="4320" w:type="dxa"/>
          </w:tcPr>
          <w:p w14:paraId="4B4B32B4" w14:textId="77777777" w:rsidR="00571A7C" w:rsidRDefault="00162EF3">
            <w:r>
              <w:t>Laptop</w:t>
            </w:r>
          </w:p>
        </w:tc>
        <w:tc>
          <w:tcPr>
            <w:tcW w:w="4320" w:type="dxa"/>
          </w:tcPr>
          <w:p w14:paraId="1EE4FD75" w14:textId="77777777" w:rsidR="00571A7C" w:rsidRDefault="00162EF3">
            <w:r>
              <w:t>258</w:t>
            </w:r>
          </w:p>
        </w:tc>
      </w:tr>
      <w:tr w:rsidR="00571A7C" w14:paraId="5BEC4EF9" w14:textId="77777777">
        <w:tc>
          <w:tcPr>
            <w:tcW w:w="4320" w:type="dxa"/>
          </w:tcPr>
          <w:p w14:paraId="076C2CE0" w14:textId="77777777" w:rsidR="00571A7C" w:rsidRDefault="00162EF3">
            <w:r>
              <w:t>Monitor</w:t>
            </w:r>
          </w:p>
        </w:tc>
        <w:tc>
          <w:tcPr>
            <w:tcW w:w="4320" w:type="dxa"/>
          </w:tcPr>
          <w:p w14:paraId="5C02365C" w14:textId="77777777" w:rsidR="00571A7C" w:rsidRDefault="00162EF3">
            <w:r>
              <w:t>311</w:t>
            </w:r>
          </w:p>
        </w:tc>
      </w:tr>
    </w:tbl>
    <w:p w14:paraId="139E8159" w14:textId="50AC8274" w:rsidR="00571A7C" w:rsidRDefault="00162EF3">
      <w:r>
        <w:t xml:space="preserve">As shown in </w:t>
      </w:r>
      <w:r>
        <w:fldChar w:fldCharType="begin"/>
      </w:r>
      <w:r>
        <w:instrText xml:space="preserve"> REF _Ref242080814 </w:instrText>
      </w:r>
      <w:r>
        <w:fldChar w:fldCharType="separate"/>
      </w:r>
      <w:r>
        <w:t xml:space="preserve">Table </w:t>
      </w:r>
      <w:r>
        <w:rPr>
          <w:noProof/>
        </w:rPr>
        <w:t>1</w:t>
      </w:r>
      <w:r>
        <w:fldChar w:fldCharType="end"/>
      </w:r>
      <w:r>
        <w:t>, laptops lead by value.</w:t>
      </w:r>
    </w:p>
    <w:p w14:paraId="6FB470E9" w14:textId="2353503F" w:rsidR="00162EF3" w:rsidRDefault="00162EF3">
      <w:pPr>
        <w:pStyle w:val="TableofFigures"/>
        <w:tabs>
          <w:tab w:val="right" w:leader="dot" w:pos="8630"/>
        </w:tabs>
        <w:rPr>
          <w:noProof/>
        </w:rPr>
      </w:pPr>
      <w:r>
        <w:fldChar w:fldCharType="begin"/>
      </w:r>
      <w:r>
        <w:instrText xml:space="preserve"> TOC \c "Figure" </w:instrText>
      </w:r>
      <w:r>
        <w:fldChar w:fldCharType="separate"/>
      </w:r>
      <w:r>
        <w:rPr>
          <w:noProof/>
        </w:rPr>
        <w:t>Figure 1: Monthly sales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_Toc242080815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 w14:paraId="785C8989" w14:textId="2BC0B0E5" w:rsidR="00162EF3" w:rsidRDefault="00162EF3">
      <w:pPr>
        <w:pStyle w:val="TableofFigures"/>
        <w:tabs>
          <w:tab w:val="right" w:leader="dot" w:pos="8630"/>
        </w:tabs>
        <w:rPr>
          <w:noProof/>
        </w:rPr>
      </w:pPr>
      <w:r>
        <w:rPr>
          <w:noProof/>
        </w:rPr>
        <w:t>Figure 2: Region map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_Toc242080816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 w14:paraId="13EF912D" w14:textId="11154662" w:rsidR="00162EF3" w:rsidRDefault="00162EF3">
      <w:r>
        <w:fldChar w:fldCharType="end"/>
      </w:r>
    </w:p>
    <w:sectPr w:rsidR="00162EF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01989837">
    <w:abstractNumId w:val="8"/>
  </w:num>
  <w:num w:numId="2" w16cid:durableId="1292663887">
    <w:abstractNumId w:val="6"/>
  </w:num>
  <w:num w:numId="3" w16cid:durableId="249824807">
    <w:abstractNumId w:val="5"/>
  </w:num>
  <w:num w:numId="4" w16cid:durableId="326909993">
    <w:abstractNumId w:val="4"/>
  </w:num>
  <w:num w:numId="5" w16cid:durableId="196893466">
    <w:abstractNumId w:val="7"/>
  </w:num>
  <w:num w:numId="6" w16cid:durableId="1637568397">
    <w:abstractNumId w:val="3"/>
  </w:num>
  <w:num w:numId="7" w16cid:durableId="2047869493">
    <w:abstractNumId w:val="2"/>
  </w:num>
  <w:num w:numId="8" w16cid:durableId="1207714967">
    <w:abstractNumId w:val="1"/>
  </w:num>
  <w:num w:numId="9" w16cid:durableId="1280994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2EF3"/>
    <w:rsid w:val="0029639D"/>
    <w:rsid w:val="00326F90"/>
    <w:rsid w:val="00571A7C"/>
    <w:rsid w:val="00AA1D8D"/>
    <w:rsid w:val="00B47730"/>
    <w:rsid w:val="00CB0664"/>
    <w:rsid w:val="00EA7D0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9517FED"/>
  <w14:defaultImageDpi w14:val="300"/>
  <w15:docId w15:val="{23EDD4D0-2694-47A7-B93A-6B9DA98FE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ableofFigures">
    <w:name w:val="table of figures"/>
    <w:basedOn w:val="Normal"/>
    <w:next w:val="Normal"/>
    <w:uiPriority w:val="99"/>
    <w:unhideWhenUsed/>
    <w:rsid w:val="00162EF3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Sublime W</cp:lastModifiedBy>
  <cp:revision>2</cp:revision>
  <dcterms:created xsi:type="dcterms:W3CDTF">2026-10-05T02:49:00Z</dcterms:created>
  <dcterms:modified xsi:type="dcterms:W3CDTF">2026-10-05T02:49:00Z</dcterms:modified>
  <cp:category/>
</cp:coreProperties>
</file>