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</w:rPr>
        <w:t>atulvij.com - Word Intermediate Course, Lesson 4: Fields and document properties</w:t>
      </w:r>
    </w:p>
    <w:p>
      <w:r>
        <w:t>YOUR TASKS:</w:t>
      </w:r>
    </w:p>
    <w:p>
      <w:r>
        <w:t>☐ File &gt; Info &gt; Properties: set Title 'Travel Policy' and Company 'ACME Pvt Ltd'</w:t>
      </w:r>
    </w:p>
    <w:p>
      <w:r>
        <w:t>☐ Insert Quick Parts &gt; Document Property &gt; Title in the header</w:t>
      </w:r>
    </w:p>
    <w:p>
      <w:r>
        <w:t>☐ Insert a DATE field formatted d MMMM yyyy</w:t>
      </w:r>
    </w:p>
    <w:p>
      <w:r>
        <w:t>☐ Insert NUMPAGES: 'Page X of Y' in the footer</w:t>
      </w:r>
    </w:p>
    <w:p>
      <w:r>
        <w:t>☐ Toggle field codes with Alt+F9 to see what you inserted</w:t>
      </w:r>
    </w:p>
    <w:p>
      <w:r>
        <w:t>——————————————————————————————</w:t>
      </w:r>
    </w:p>
    <w:p>
      <w:r>
        <w:t>Header and footer fields practice page.</w:t>
      </w:r>
    </w:p>
    <w:p>
      <w:r>
        <w:br w:type="page"/>
      </w:r>
    </w:p>
    <w:p>
      <w:r>
        <w:t>Page 2.</w:t>
      </w:r>
    </w:p>
    <w:p>
      <w:r>
        <w:br w:type="page"/>
      </w:r>
    </w:p>
    <w:p>
      <w:r>
        <w:t>Page 3.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