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atulvij.com - Word Intermediate Course, Lesson 6: Content controls and protected forms</w:t>
      </w:r>
    </w:p>
    <w:p>
      <w:r>
        <w:t>YOUR TASKS:</w:t>
      </w:r>
    </w:p>
    <w:p>
      <w:r>
        <w:t>☐ Developer tab &gt; add: Plain Text control (Name), Date Picker (Joining date), Drop-down (Department: Sales, Accounts, HR), Check box (Laptop needed)</w:t>
      </w:r>
    </w:p>
    <w:p>
      <w:r>
        <w:t>☐ Set the date format to dd-MM-yyyy</w:t>
      </w:r>
    </w:p>
    <w:p>
      <w:r>
        <w:t>☐ Review &gt; Restrict Editing &gt; Filling in forms &gt; Start enforcing</w:t>
      </w:r>
    </w:p>
    <w:p>
      <w:r>
        <w:t>☐ Test: only the controls should be editable</w:t>
      </w:r>
    </w:p>
    <w:p>
      <w:r>
        <w:t>——————————————————————————————</w:t>
      </w:r>
    </w:p>
    <w:p>
      <w:r>
        <w:rPr>
          <w:b/>
          <w:sz w:val="26"/>
        </w:rPr>
        <w:t>New Joiner Form</w:t>
      </w:r>
    </w:p>
    <w:p>
      <w:r>
        <w:t>Name: ____</w:t>
      </w:r>
    </w:p>
    <w:p>
      <w:r>
        <w:t>Joining date: ____</w:t>
      </w:r>
    </w:p>
    <w:p>
      <w:r>
        <w:t>Department: ____</w:t>
      </w:r>
    </w:p>
    <w:p>
      <w:r>
        <w:t>Laptop needed: 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