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9A13E" w14:textId="77777777" w:rsidR="00E21F08" w:rsidRDefault="00F24834">
      <w:r>
        <w:rPr>
          <w:b/>
        </w:rPr>
        <w:t>atulvij.com - Word Intermediate Course, Lesson 1: Numbered headings (1, 1.1, 1.1.1)</w:t>
      </w:r>
    </w:p>
    <w:p w14:paraId="33ABAA21" w14:textId="77777777" w:rsidR="00E21F08" w:rsidRDefault="00F24834">
      <w:r>
        <w:t>YOUR TASKS:</w:t>
      </w:r>
    </w:p>
    <w:p w14:paraId="5BAA8F53" w14:textId="77777777" w:rsidR="00E21F08" w:rsidRDefault="00F24834">
      <w:r>
        <w:t>☐</w:t>
      </w:r>
      <w:r>
        <w:t xml:space="preserve"> Make 'Travel Policy' the Title style</w:t>
      </w:r>
    </w:p>
    <w:p w14:paraId="39494D1A" w14:textId="77777777" w:rsidR="00E21F08" w:rsidRDefault="00F24834">
      <w:r>
        <w:t>☐</w:t>
      </w:r>
      <w:r>
        <w:t xml:space="preserve"> Apply Heading 1 to: Purpose, Scope, Booking travel, Hotels, Claims</w:t>
      </w:r>
    </w:p>
    <w:p w14:paraId="4C1FB224" w14:textId="77777777" w:rsidR="00E21F08" w:rsidRDefault="00F24834">
      <w:r>
        <w:t>☐</w:t>
      </w:r>
      <w:r>
        <w:t xml:space="preserve"> Apply Heading 2 to the rest of the bold </w:t>
      </w:r>
      <w:r>
        <w:t>lines</w:t>
      </w:r>
    </w:p>
    <w:p w14:paraId="7701E4CB" w14:textId="77777777" w:rsidR="00E21F08" w:rsidRDefault="00F24834">
      <w:r>
        <w:t>☐</w:t>
      </w:r>
      <w:r>
        <w:t xml:space="preserve"> Home &gt; Multilevel List &gt; the '1 Heading 1, 1.1 Heading 2' list</w:t>
      </w:r>
    </w:p>
    <w:p w14:paraId="1EB33829" w14:textId="77777777" w:rsidR="00E21F08" w:rsidRDefault="00F24834">
      <w:r>
        <w:t>☐</w:t>
      </w:r>
      <w:r>
        <w:t xml:space="preserve"> Insert a table of contents under the title</w:t>
      </w:r>
    </w:p>
    <w:p w14:paraId="5C7E2C79" w14:textId="77777777" w:rsidR="00E21F08" w:rsidRDefault="00F24834">
      <w:r>
        <w:t>☐</w:t>
      </w:r>
      <w:r>
        <w:t xml:space="preserve"> Check: Hotels should be numbered 4, Per diem 5.2</w:t>
      </w:r>
    </w:p>
    <w:p w14:paraId="6F7D04E8" w14:textId="77777777" w:rsidR="00E21F08" w:rsidRDefault="00F24834">
      <w:r>
        <w:t>——————————————————————————————</w:t>
      </w:r>
    </w:p>
    <w:p w14:paraId="2A322827" w14:textId="77777777" w:rsidR="00E21F08" w:rsidRDefault="00F24834" w:rsidP="00F24834">
      <w:pPr>
        <w:pStyle w:val="Title"/>
      </w:pPr>
      <w:r>
        <w:t>Travel Policy</w:t>
      </w:r>
    </w:p>
    <w:p w14:paraId="6CD918B3" w14:textId="77777777" w:rsidR="00F24834" w:rsidRDefault="00F24834" w:rsidP="00F24834">
      <w:pPr>
        <w:pStyle w:val="Heading1"/>
      </w:pPr>
      <w:bookmarkStart w:id="0" w:name="_Toc242080803"/>
      <w:bookmarkEnd w:id="0"/>
    </w:p>
    <w:p w14:paraId="4F08AC1E" w14:textId="09B7BA9D" w:rsidR="00F24834" w:rsidRDefault="00F24834">
      <w:pPr>
        <w:pStyle w:val="TOC1"/>
        <w:tabs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fldChar w:fldCharType="begin"/>
      </w:r>
      <w:r>
        <w:instrText xml:space="preserve"> TOC \o "1-2"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1ABFE30D" w14:textId="63F12BA7" w:rsidR="00F24834" w:rsidRDefault="00F24834">
      <w:pPr>
        <w:pStyle w:val="TOC1"/>
        <w:tabs>
          <w:tab w:val="left" w:pos="48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2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4E762FA1" w14:textId="76212F83" w:rsidR="00F24834" w:rsidRDefault="00F24834">
      <w:pPr>
        <w:pStyle w:val="TOC1"/>
        <w:tabs>
          <w:tab w:val="left" w:pos="48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3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Booking travel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270E1F63" w14:textId="7F016C1A" w:rsidR="00F24834" w:rsidRDefault="00F24834">
      <w:pPr>
        <w:pStyle w:val="TOC2"/>
        <w:tabs>
          <w:tab w:val="left" w:pos="96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3.1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Air travel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63D6E205" w14:textId="1A7218A4" w:rsidR="00F24834" w:rsidRDefault="00F24834">
      <w:pPr>
        <w:pStyle w:val="TOC2"/>
        <w:tabs>
          <w:tab w:val="left" w:pos="96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3.2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Rail travel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45A9B77A" w14:textId="114E1CBA" w:rsidR="00F24834" w:rsidRDefault="00F24834">
      <w:pPr>
        <w:pStyle w:val="TOC1"/>
        <w:tabs>
          <w:tab w:val="left" w:pos="48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4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Hotels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1AF09F1C" w14:textId="2A6AEBB5" w:rsidR="00F24834" w:rsidRDefault="00F24834">
      <w:pPr>
        <w:pStyle w:val="TOC2"/>
        <w:tabs>
          <w:tab w:val="left" w:pos="96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4.1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Metro cities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1C14BC35" w14:textId="72B15A12" w:rsidR="00F24834" w:rsidRDefault="00F24834">
      <w:pPr>
        <w:pStyle w:val="TOC2"/>
        <w:tabs>
          <w:tab w:val="left" w:pos="96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4.2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Other cities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6284F838" w14:textId="32719429" w:rsidR="00F24834" w:rsidRDefault="00F24834">
      <w:pPr>
        <w:pStyle w:val="TOC1"/>
        <w:tabs>
          <w:tab w:val="left" w:pos="48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5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Claims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22337AAD" w14:textId="2F5E6AB4" w:rsidR="00F24834" w:rsidRDefault="00F24834">
      <w:pPr>
        <w:pStyle w:val="TOC2"/>
        <w:tabs>
          <w:tab w:val="left" w:pos="96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5.1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Deadlines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2BF5FBC4" w14:textId="4956C73D" w:rsidR="00F24834" w:rsidRDefault="00F24834">
      <w:pPr>
        <w:pStyle w:val="TOC2"/>
        <w:tabs>
          <w:tab w:val="left" w:pos="960"/>
          <w:tab w:val="right" w:leader="dot" w:pos="8630"/>
        </w:tabs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</w:pPr>
      <w:r>
        <w:rPr>
          <w:noProof/>
        </w:rPr>
        <w:t>5.2</w:t>
      </w:r>
      <w:r>
        <w:rPr>
          <w:rFonts w:asciiTheme="minorHAnsi" w:hAnsiTheme="minorHAnsi"/>
          <w:noProof/>
          <w:kern w:val="2"/>
          <w:sz w:val="24"/>
          <w:szCs w:val="24"/>
          <w:lang w:val="en-IN" w:eastAsia="en-IN"/>
          <w14:ligatures w14:val="standardContextual"/>
        </w:rPr>
        <w:tab/>
      </w:r>
      <w:r>
        <w:rPr>
          <w:noProof/>
        </w:rPr>
        <w:t>Per diem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_Toc242080813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613B1AFC" w14:textId="16C85B88" w:rsidR="00E21F08" w:rsidRDefault="00F24834" w:rsidP="00F24834">
      <w:r>
        <w:fldChar w:fldCharType="end"/>
      </w:r>
      <w:r>
        <w:t>Purpose</w:t>
      </w:r>
    </w:p>
    <w:p w14:paraId="338725F1" w14:textId="77777777" w:rsidR="00E21F08" w:rsidRDefault="00F24834">
      <w:r>
        <w:t>T</w:t>
      </w:r>
      <w:r>
        <w:t>his policy sets out how employees book and claim business travel.</w:t>
      </w:r>
    </w:p>
    <w:p w14:paraId="62C753B5" w14:textId="77777777" w:rsidR="00E21F08" w:rsidRDefault="00F24834" w:rsidP="00F24834">
      <w:pPr>
        <w:pStyle w:val="Heading1"/>
        <w:numPr>
          <w:ilvl w:val="0"/>
          <w:numId w:val="11"/>
        </w:numPr>
      </w:pPr>
      <w:bookmarkStart w:id="1" w:name="_Toc242080804"/>
      <w:r>
        <w:t>Scope</w:t>
      </w:r>
      <w:bookmarkEnd w:id="1"/>
    </w:p>
    <w:p w14:paraId="13E339B2" w14:textId="77777777" w:rsidR="00E21F08" w:rsidRDefault="00F24834">
      <w:r>
        <w:t>I</w:t>
      </w:r>
      <w:r>
        <w:t>t applies to all permanent and contract staff in India.</w:t>
      </w:r>
    </w:p>
    <w:p w14:paraId="0F292D92" w14:textId="77777777" w:rsidR="00E21F08" w:rsidRDefault="00F24834" w:rsidP="00F24834">
      <w:pPr>
        <w:pStyle w:val="Heading1"/>
        <w:numPr>
          <w:ilvl w:val="0"/>
          <w:numId w:val="12"/>
        </w:numPr>
      </w:pPr>
      <w:bookmarkStart w:id="2" w:name="_Toc242080805"/>
      <w:r>
        <w:lastRenderedPageBreak/>
        <w:t>Booking travel</w:t>
      </w:r>
      <w:bookmarkEnd w:id="2"/>
    </w:p>
    <w:p w14:paraId="39C5ED97" w14:textId="77777777" w:rsidR="00E21F08" w:rsidRDefault="00F24834" w:rsidP="00F24834">
      <w:pPr>
        <w:pStyle w:val="Heading2"/>
        <w:numPr>
          <w:ilvl w:val="1"/>
          <w:numId w:val="13"/>
        </w:numPr>
      </w:pPr>
      <w:bookmarkStart w:id="3" w:name="_Toc242080806"/>
      <w:r>
        <w:t>Air travel</w:t>
      </w:r>
      <w:bookmarkEnd w:id="3"/>
    </w:p>
    <w:p w14:paraId="7938927E" w14:textId="77777777" w:rsidR="00E21F08" w:rsidRDefault="00F24834">
      <w:r>
        <w:t>E</w:t>
      </w:r>
      <w:r>
        <w:t>conomy class for flights under 4 hours. Book at least 7 days ahead.</w:t>
      </w:r>
    </w:p>
    <w:p w14:paraId="0A58E769" w14:textId="77777777" w:rsidR="00E21F08" w:rsidRDefault="00F24834" w:rsidP="00F24834">
      <w:pPr>
        <w:pStyle w:val="Heading2"/>
        <w:numPr>
          <w:ilvl w:val="1"/>
          <w:numId w:val="14"/>
        </w:numPr>
      </w:pPr>
      <w:bookmarkStart w:id="4" w:name="_Toc242080807"/>
      <w:r>
        <w:t>Rail travel</w:t>
      </w:r>
      <w:bookmarkEnd w:id="4"/>
    </w:p>
    <w:p w14:paraId="0FB24F89" w14:textId="77777777" w:rsidR="00E21F08" w:rsidRDefault="00F24834">
      <w:r>
        <w:t>A</w:t>
      </w:r>
      <w:r>
        <w:t>C 2-tier for overnight journeys; AC chair car for day trips.</w:t>
      </w:r>
    </w:p>
    <w:p w14:paraId="46A1EA93" w14:textId="77777777" w:rsidR="00E21F08" w:rsidRDefault="00F24834" w:rsidP="00F24834">
      <w:pPr>
        <w:pStyle w:val="Heading1"/>
        <w:numPr>
          <w:ilvl w:val="0"/>
          <w:numId w:val="15"/>
        </w:numPr>
      </w:pPr>
      <w:bookmarkStart w:id="5" w:name="_Toc242080808"/>
      <w:r>
        <w:t>Hotels</w:t>
      </w:r>
      <w:bookmarkEnd w:id="5"/>
    </w:p>
    <w:p w14:paraId="4CB0DEE5" w14:textId="77777777" w:rsidR="00E21F08" w:rsidRDefault="00F24834" w:rsidP="00F24834">
      <w:pPr>
        <w:pStyle w:val="Heading2"/>
        <w:numPr>
          <w:ilvl w:val="1"/>
          <w:numId w:val="16"/>
        </w:numPr>
      </w:pPr>
      <w:bookmarkStart w:id="6" w:name="_Toc242080809"/>
      <w:r>
        <w:t>Metro cities</w:t>
      </w:r>
      <w:bookmarkEnd w:id="6"/>
    </w:p>
    <w:p w14:paraId="3863DAB2" w14:textId="77777777" w:rsidR="00E21F08" w:rsidRDefault="00F24834">
      <w:r>
        <w:t>U</w:t>
      </w:r>
      <w:r>
        <w:t>p to Rs 6,500 per night including taxes.</w:t>
      </w:r>
    </w:p>
    <w:p w14:paraId="69C9C0E5" w14:textId="77777777" w:rsidR="00E21F08" w:rsidRDefault="00F24834" w:rsidP="00F24834">
      <w:pPr>
        <w:pStyle w:val="Heading2"/>
        <w:numPr>
          <w:ilvl w:val="1"/>
          <w:numId w:val="17"/>
        </w:numPr>
      </w:pPr>
      <w:bookmarkStart w:id="7" w:name="_Toc242080810"/>
      <w:r>
        <w:t>Other cities</w:t>
      </w:r>
      <w:bookmarkEnd w:id="7"/>
    </w:p>
    <w:p w14:paraId="7BF9F00C" w14:textId="77777777" w:rsidR="00E21F08" w:rsidRDefault="00F24834">
      <w:r>
        <w:t>U</w:t>
      </w:r>
      <w:r>
        <w:t>p to Rs 4,000 per night.</w:t>
      </w:r>
    </w:p>
    <w:p w14:paraId="3E7AFAEA" w14:textId="77777777" w:rsidR="00E21F08" w:rsidRDefault="00F24834" w:rsidP="00F24834">
      <w:pPr>
        <w:pStyle w:val="Heading1"/>
        <w:numPr>
          <w:ilvl w:val="0"/>
          <w:numId w:val="18"/>
        </w:numPr>
      </w:pPr>
      <w:bookmarkStart w:id="8" w:name="_Toc242080811"/>
      <w:r>
        <w:t>Claims</w:t>
      </w:r>
      <w:bookmarkEnd w:id="8"/>
    </w:p>
    <w:p w14:paraId="0EF8B4E8" w14:textId="77777777" w:rsidR="00E21F08" w:rsidRDefault="00F24834" w:rsidP="00F24834">
      <w:pPr>
        <w:pStyle w:val="Heading2"/>
        <w:numPr>
          <w:ilvl w:val="1"/>
          <w:numId w:val="19"/>
        </w:numPr>
      </w:pPr>
      <w:bookmarkStart w:id="9" w:name="_Toc242080812"/>
      <w:r>
        <w:t>Deadlines</w:t>
      </w:r>
      <w:bookmarkEnd w:id="9"/>
    </w:p>
    <w:p w14:paraId="7640F036" w14:textId="77777777" w:rsidR="00E21F08" w:rsidRDefault="00F24834">
      <w:r>
        <w:t>S</w:t>
      </w:r>
      <w:r>
        <w:t>ubmit claims within 15 days of return with original bills.</w:t>
      </w:r>
    </w:p>
    <w:p w14:paraId="344C2FD8" w14:textId="77777777" w:rsidR="00E21F08" w:rsidRDefault="00F24834" w:rsidP="00F24834">
      <w:pPr>
        <w:pStyle w:val="Heading2"/>
        <w:numPr>
          <w:ilvl w:val="1"/>
          <w:numId w:val="20"/>
        </w:numPr>
      </w:pPr>
      <w:bookmarkStart w:id="10" w:name="_Toc242080813"/>
      <w:r>
        <w:t>Per diem</w:t>
      </w:r>
      <w:bookmarkEnd w:id="10"/>
    </w:p>
    <w:p w14:paraId="69D43E6B" w14:textId="77777777" w:rsidR="00E21F08" w:rsidRDefault="00F24834">
      <w:r>
        <w:t>R</w:t>
      </w:r>
      <w:r>
        <w:t>s 1,200 per day in metros, Rs 900 elsewhere.</w:t>
      </w:r>
    </w:p>
    <w:sectPr w:rsidR="00E21F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1644C04"/>
    <w:multiLevelType w:val="multilevel"/>
    <w:tmpl w:val="4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892428208">
    <w:abstractNumId w:val="8"/>
  </w:num>
  <w:num w:numId="2" w16cid:durableId="1030910349">
    <w:abstractNumId w:val="6"/>
  </w:num>
  <w:num w:numId="3" w16cid:durableId="2079014942">
    <w:abstractNumId w:val="5"/>
  </w:num>
  <w:num w:numId="4" w16cid:durableId="538318958">
    <w:abstractNumId w:val="4"/>
  </w:num>
  <w:num w:numId="5" w16cid:durableId="1039357829">
    <w:abstractNumId w:val="7"/>
  </w:num>
  <w:num w:numId="6" w16cid:durableId="795870978">
    <w:abstractNumId w:val="3"/>
  </w:num>
  <w:num w:numId="7" w16cid:durableId="907963253">
    <w:abstractNumId w:val="2"/>
  </w:num>
  <w:num w:numId="8" w16cid:durableId="193738343">
    <w:abstractNumId w:val="1"/>
  </w:num>
  <w:num w:numId="9" w16cid:durableId="1123184971">
    <w:abstractNumId w:val="0"/>
  </w:num>
  <w:num w:numId="10" w16cid:durableId="55128823">
    <w:abstractNumId w:val="9"/>
  </w:num>
  <w:num w:numId="11" w16cid:durableId="792023324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2" w16cid:durableId="453980751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3" w16cid:durableId="90976603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4" w16cid:durableId="719669393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5" w16cid:durableId="1878273426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6" w16cid:durableId="1029838694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7" w16cid:durableId="1415475884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8" w16cid:durableId="204489298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19" w16cid:durableId="404037123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  <w:num w:numId="20" w16cid:durableId="1684472457">
    <w:abstractNumId w:val="9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720"/>
        </w:p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21F08"/>
    <w:rsid w:val="00EA7D01"/>
    <w:rsid w:val="00F248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FF8944"/>
  <w14:defaultImageDpi w14:val="300"/>
  <w15:docId w15:val="{23EDD4D0-2694-47A7-B93A-6B9DA98F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numId w:val="10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numPr>
        <w:ilvl w:val="1"/>
        <w:numId w:val="10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2483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24834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Sublime W</cp:lastModifiedBy>
  <cp:revision>2</cp:revision>
  <dcterms:created xsi:type="dcterms:W3CDTF">2026-10-05T02:49:00Z</dcterms:created>
  <dcterms:modified xsi:type="dcterms:W3CDTF">2026-10-05T02:49:00Z</dcterms:modified>
  <cp:category/>
</cp:coreProperties>
</file>