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Messy document — practise wildcard Find &amp; Replace</w:t>
      </w:r>
    </w:p>
    <w:p>
      <w:r>
        <w:t>This  sentence   has  too   many spaces.</w:t>
      </w:r>
    </w:p>
    <w:p>
      <w:r>
        <w:t>Sharma, Asha joined on 2025-03-15 and Verma, Rohit on 2025-04-02.</w:t>
      </w:r>
    </w:p>
    <w:p>
      <w:r>
        <w:t>Call 9876543210 or 9123456789 for support (office hours only).</w:t>
      </w:r>
    </w:p>
    <w:p>
      <w:r>
        <w:t>Note: the budget was approved.This sentence needs a space after the full stop.</w:t>
      </w:r>
    </w:p>
    <w:p/>
    <w:p/>
    <w:p>
      <w:r>
        <w:t>Too many empty paragraphs above this line.</w:t>
      </w:r>
    </w:p>
    <w:p>
      <w:r>
        <w:t>Remove this text (and the brackets) please.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